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[Role] · $[base min]–$[base max] base · $[average total] average first-year earnings</w:t>
      </w:r>
    </w:p>
    <w:p>
      <w:r>
        <w:rPr>
          <w:color w:val="5B6779"/>
        </w:rPr>
        <w:t>[Company] · [Remote / Hybrid / On-site] · [Location] · Full-time</w:t>
      </w:r>
    </w:p>
    <w:p>
      <w:r>
        <w:rPr>
          <w:i/>
          <w:color w:val="5B6779"/>
          <w:sz w:val="19"/>
        </w:rPr>
        <w:t>Sales job posting template from Lighthouse (lighthousehiring.ai). Replace every [bracket]. Delete any line you can't fill with a real fact. Delete these grey notes before publishing.</w:t>
      </w:r>
    </w:p>
    <w:p>
      <w:pPr>
        <w:pStyle w:val="Heading2"/>
      </w:pPr>
      <w:r>
        <w:rPr>
          <w:color w:val="2563EB"/>
        </w:rPr>
        <w:t>What you'll earn</w:t>
      </w:r>
    </w:p>
    <w:p>
      <w:r>
        <w:rPr>
          <w:i/>
          <w:color w:val="5B6779"/>
          <w:sz w:val="19"/>
        </w:rPr>
        <w:t>Lead with the money. Real numbers only. Use a real range, not "up to".</w:t>
      </w:r>
    </w:p>
    <w:p>
      <w:pPr>
        <w:pStyle w:val="ListBullet"/>
      </w:pPr>
      <w:r>
        <w:t>Base salary: $[min]–$[max], based on experience</w:t>
      </w:r>
    </w:p>
    <w:p>
      <w:pPr>
        <w:pStyle w:val="ListBullet"/>
      </w:pPr>
      <w:r>
        <w:t>Commission: [e.g. $___ per qualified meeting + ___% of first-year deal value]. [Uncapped / capped at ___]</w:t>
      </w:r>
    </w:p>
    <w:p>
      <w:pPr>
        <w:pStyle w:val="ListBullet"/>
      </w:pPr>
      <w:r>
        <w:t>Average rep last year: $[total] in total earnings</w:t>
      </w:r>
    </w:p>
    <w:p>
      <w:pPr>
        <w:pStyle w:val="ListBullet"/>
      </w:pPr>
      <w:r>
        <w:t>Top 20% of reps last year: $[total]+</w:t>
      </w:r>
    </w:p>
    <w:p>
      <w:pPr>
        <w:pStyle w:val="ListBullet"/>
      </w:pPr>
      <w:r>
        <w:t>Ramp: [___ months], with a guaranteed $[___]/month draw while you ramp</w:t>
      </w:r>
    </w:p>
    <w:p>
      <w:pPr>
        <w:pStyle w:val="ListBullet"/>
      </w:pPr>
      <w:r>
        <w:t>Paid [monthly / quarterly]</w:t>
      </w:r>
    </w:p>
    <w:p>
      <w:pPr>
        <w:pStyle w:val="ListBullet"/>
      </w:pPr>
      <w:r>
        <w:t>Career path: [Role] → [Next role] in [___–___ months]. [___ of our last ___ promotions came from this team]</w:t>
      </w:r>
    </w:p>
    <w:p>
      <w:pPr>
        <w:pStyle w:val="Heading2"/>
      </w:pPr>
      <w:r>
        <w:rPr>
          <w:color w:val="2563EB"/>
        </w:rPr>
        <w:t>Why people like working here</w:t>
      </w:r>
    </w:p>
    <w:p>
      <w:r>
        <w:rPr>
          <w:i/>
          <w:color w:val="5B6779"/>
          <w:sz w:val="19"/>
        </w:rPr>
        <w:t>Lead with what's unusual. Every company has "benefits".</w:t>
      </w:r>
    </w:p>
    <w:p>
      <w:pPr>
        <w:pStyle w:val="ListBullet"/>
      </w:pPr>
      <w:r>
        <w:t>[Remote / hybrid setup, and core hours]</w:t>
      </w:r>
    </w:p>
    <w:p>
      <w:pPr>
        <w:pStyle w:val="ListBullet"/>
      </w:pPr>
      <w:r>
        <w:t>[Health, dental, vision: what's covered and from when]</w:t>
      </w:r>
    </w:p>
    <w:p>
      <w:pPr>
        <w:pStyle w:val="ListBullet"/>
      </w:pPr>
      <w:r>
        <w:t>[Vacation and time off]</w:t>
      </w:r>
    </w:p>
    <w:p>
      <w:pPr>
        <w:pStyle w:val="ListBullet"/>
      </w:pPr>
      <w:r>
        <w:t>[Retirement match]</w:t>
      </w:r>
    </w:p>
    <w:p>
      <w:pPr>
        <w:pStyle w:val="ListBullet"/>
      </w:pPr>
      <w:r>
        <w:t>[Wellness, learning or home-office budget]</w:t>
      </w:r>
    </w:p>
    <w:p>
      <w:pPr>
        <w:pStyle w:val="ListBullet"/>
      </w:pPr>
      <w:r>
        <w:t>[Equipment you'll get]</w:t>
      </w:r>
    </w:p>
    <w:p>
      <w:pPr>
        <w:pStyle w:val="ListBullet"/>
      </w:pPr>
      <w:r>
        <w:t>[Anything else worth bragging about]</w:t>
      </w:r>
    </w:p>
    <w:p>
      <w:pPr>
        <w:pStyle w:val="Heading2"/>
      </w:pPr>
      <w:r>
        <w:rPr>
          <w:color w:val="2563EB"/>
        </w:rPr>
        <w:t>A day in the life</w:t>
      </w:r>
    </w:p>
    <w:p>
      <w:r>
        <w:rPr>
          <w:i/>
          <w:color w:val="5B6779"/>
          <w:sz w:val="19"/>
        </w:rPr>
        <w:t>Help them picture it. Then say what success looks like and how many people hit it.</w:t>
      </w:r>
    </w:p>
    <w:p>
      <w:pPr>
        <w:pStyle w:val="ListBullet"/>
      </w:pPr>
      <w:r>
        <w:t>[Time] [What happens, e.g. plan your day and review new accounts]</w:t>
      </w:r>
    </w:p>
    <w:p>
      <w:pPr>
        <w:pStyle w:val="ListBullet"/>
      </w:pPr>
      <w:r>
        <w:t>[Time] [e.g. team call block]</w:t>
      </w:r>
    </w:p>
    <w:p>
      <w:pPr>
        <w:pStyle w:val="ListBullet"/>
      </w:pPr>
      <w:r>
        <w:t>[Time] [e.g. written outreach]</w:t>
      </w:r>
    </w:p>
    <w:p>
      <w:pPr>
        <w:pStyle w:val="ListBullet"/>
      </w:pPr>
      <w:r>
        <w:t>[Time] [e.g. coaching or call review]</w:t>
      </w:r>
    </w:p>
    <w:p>
      <w:pPr>
        <w:pStyle w:val="ListBullet"/>
      </w:pPr>
      <w:r>
        <w:t>[Time] [e.g. hand off booked meetings]</w:t>
      </w:r>
    </w:p>
    <w:p>
      <w:r>
        <w:t>Your target: [___ per month]. [___]% of the team hit it last [quarter].</w:t>
      </w:r>
    </w:p>
    <w:p>
      <w:r>
        <w:t>Where your leads come from: [___% inbound / ___% outbound].</w:t>
      </w:r>
    </w:p>
    <w:p>
      <w:pPr>
        <w:pStyle w:val="Heading2"/>
      </w:pPr>
      <w:r>
        <w:rPr>
          <w:color w:val="2563EB"/>
        </w:rPr>
        <w:t>Our hiring process</w:t>
      </w:r>
    </w:p>
    <w:p>
      <w:r>
        <w:rPr>
          <w:i/>
          <w:color w:val="5B6779"/>
          <w:sz w:val="19"/>
        </w:rPr>
        <w:t>Every step, who it's with, how long it takes and when they'll hear back.</w:t>
      </w:r>
    </w:p>
    <w:p>
      <w:pPr>
        <w:pStyle w:val="ListNumber"/>
      </w:pPr>
      <w:r>
        <w:t>Apply ([___] minutes). We reply to everyone within [___] business days.</w:t>
      </w:r>
    </w:p>
    <w:p>
      <w:pPr>
        <w:pStyle w:val="ListNumber"/>
      </w:pPr>
      <w:r>
        <w:t>[___]-minute call with [who]: [what you'll cover].</w:t>
      </w:r>
    </w:p>
    <w:p>
      <w:pPr>
        <w:pStyle w:val="ListNumber"/>
      </w:pPr>
      <w:r>
        <w:t>[___]-minute interview with [who]: [what to expect, e.g. a short role-play we send ahead].</w:t>
      </w:r>
    </w:p>
    <w:p>
      <w:pPr>
        <w:pStyle w:val="ListNumber"/>
      </w:pPr>
      <w:r>
        <w:t>[___]-minute chat with [who, e.g. two reps on the team].</w:t>
      </w:r>
    </w:p>
    <w:p>
      <w:pPr>
        <w:pStyle w:val="ListNumber"/>
      </w:pPr>
      <w:r>
        <w:t>Offer within [___] hours of your last interview.</w:t>
      </w:r>
    </w:p>
    <w:p>
      <w:r>
        <w:t>Start to finish: about [___] weeks. You'll hear back at every step, yes or no.</w:t>
      </w:r>
    </w:p>
    <w:p>
      <w:pPr>
        <w:pStyle w:val="Heading2"/>
      </w:pPr>
      <w:r>
        <w:rPr>
          <w:color w:val="2563EB"/>
        </w:rPr>
        <w:t>What you'll do</w:t>
      </w:r>
    </w:p>
    <w:p>
      <w:pPr>
        <w:pStyle w:val="ListBullet"/>
      </w:pPr>
      <w:r>
        <w:t>[Real task]</w:t>
      </w:r>
    </w:p>
    <w:p>
      <w:pPr>
        <w:pStyle w:val="ListBullet"/>
      </w:pPr>
      <w:r>
        <w:t>[Real task]</w:t>
      </w:r>
    </w:p>
    <w:p>
      <w:pPr>
        <w:pStyle w:val="ListBullet"/>
      </w:pPr>
      <w:r>
        <w:t>[Real task]</w:t>
      </w:r>
    </w:p>
    <w:p>
      <w:pPr>
        <w:pStyle w:val="ListBullet"/>
      </w:pPr>
      <w:r>
        <w:t>[Real task]</w:t>
      </w:r>
    </w:p>
    <w:p>
      <w:pPr>
        <w:pStyle w:val="Heading2"/>
      </w:pPr>
      <w:r>
        <w:rPr>
          <w:color w:val="2563EB"/>
        </w:rPr>
        <w:t>What we need from you</w:t>
      </w:r>
    </w:p>
    <w:p>
      <w:r>
        <w:rPr>
          <w:i/>
          <w:color w:val="5B6779"/>
          <w:sz w:val="19"/>
        </w:rPr>
        <w:t>Five must-haves or fewer. Ask for proof of results, not degrees.</w:t>
      </w:r>
    </w:p>
    <w:p>
      <w:pPr>
        <w:pStyle w:val="ListBullet"/>
      </w:pPr>
      <w:r>
        <w:t>[Must-have, e.g. 1+ year in a role with a target]</w:t>
      </w:r>
    </w:p>
    <w:p>
      <w:pPr>
        <w:pStyle w:val="ListBullet"/>
      </w:pPr>
      <w:r>
        <w:t>[Must-have, e.g. numbers that show you hit it]</w:t>
      </w:r>
    </w:p>
    <w:p>
      <w:pPr>
        <w:pStyle w:val="ListBullet"/>
      </w:pPr>
      <w:r>
        <w:t>[Must-have]</w:t>
      </w:r>
    </w:p>
    <w:p>
      <w:r>
        <w:t>Nice to have:</w:t>
      </w:r>
    </w:p>
    <w:p>
      <w:pPr>
        <w:pStyle w:val="ListBullet"/>
      </w:pPr>
      <w:r>
        <w:t>[Nice-to-have]</w:t>
      </w:r>
    </w:p>
    <w:p>
      <w:pPr>
        <w:pStyle w:val="ListBullet"/>
      </w:pPr>
      <w:r>
        <w:t>[Nice-to-have]</w:t>
      </w:r>
    </w:p>
    <w:p>
      <w:pPr>
        <w:pStyle w:val="Heading2"/>
      </w:pPr>
      <w:r>
        <w:rPr>
          <w:color w:val="2563EB"/>
        </w:rPr>
        <w:t>About [Company]</w:t>
      </w:r>
    </w:p>
    <w:p>
      <w:r>
        <w:rPr>
          <w:i/>
          <w:color w:val="5B6779"/>
          <w:sz w:val="19"/>
        </w:rPr>
        <w:t>Last, not first. Three to five facts, no slogans.</w:t>
      </w:r>
    </w:p>
    <w:p>
      <w:pPr>
        <w:pStyle w:val="ListBullet"/>
      </w:pPr>
      <w:r>
        <w:t>[What you sell and who you sell to]</w:t>
      </w:r>
    </w:p>
    <w:p>
      <w:pPr>
        <w:pStyle w:val="ListBullet"/>
      </w:pPr>
      <w:r>
        <w:t>[Customers, size or growth]</w:t>
      </w:r>
    </w:p>
    <w:p>
      <w:pPr>
        <w:pStyle w:val="ListBullet"/>
      </w:pPr>
      <w:r>
        <w:t>[Founded, team size, locations]</w:t>
      </w:r>
    </w:p>
    <w:p>
      <w:pPr>
        <w:pStyle w:val="ListBullet"/>
      </w:pPr>
      <w:r>
        <w:t>[Funding, profitability or awards]</w:t>
      </w:r>
    </w:p>
    <w:p>
      <w:r>
        <w:t>[Equal opportunity and accommodation statement]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